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Daisy Daycare Center</w:t>
        <w:br/>
        <w:t>Tour Sign-In &amp; Information</w:t>
      </w:r>
    </w:p>
    <w:p>
      <w:r>
        <w:rPr>
          <w:b/>
        </w:rPr>
        <w:t>Welcome to Daisy Daycare Center!</w:t>
        <w:br/>
      </w:r>
      <w:r>
        <w:t>Thank you for visiting us. We are excited to show you around and answer any questions you may have. Please complete the information below before your tour.</w:t>
      </w:r>
    </w:p>
    <w:p>
      <w:pPr>
        <w:pStyle w:val="Heading2"/>
      </w:pPr>
      <w:r>
        <w:t>Visitor Information</w:t>
      </w:r>
    </w:p>
    <w:p>
      <w:r>
        <w:t>Parent/Guardian Name: ________________________________</w:t>
      </w:r>
    </w:p>
    <w:p>
      <w:r>
        <w:t>Child's Name: ________________________________________</w:t>
      </w:r>
    </w:p>
    <w:p>
      <w:r>
        <w:t>Child's Date of Birth: ________________________________</w:t>
      </w:r>
    </w:p>
    <w:p>
      <w:r>
        <w:t>Phone Number: ________________________________________</w:t>
      </w:r>
    </w:p>
    <w:p>
      <w:r>
        <w:t>Email Address: ________________________________________</w:t>
      </w:r>
    </w:p>
    <w:p>
      <w:r>
        <w:t>Date of Tour: _________________________________________</w:t>
      </w:r>
    </w:p>
    <w:p>
      <w:r>
        <w:t>Time of Tour: _________________________________________</w:t>
      </w:r>
    </w:p>
    <w:p>
      <w:r>
        <w:t>How did you hear about us? ____________________________</w:t>
      </w:r>
    </w:p>
    <w:p>
      <w:pPr>
        <w:pStyle w:val="Heading2"/>
      </w:pPr>
      <w:r>
        <w:t>What to Expect During Your Tour</w:t>
      </w:r>
    </w:p>
    <w:p>
      <w:pPr>
        <w:pStyle w:val="ListBullet"/>
      </w:pPr>
      <w:r>
        <w:t>Meet our friendly staff.</w:t>
      </w:r>
    </w:p>
    <w:p>
      <w:pPr>
        <w:pStyle w:val="ListBullet"/>
      </w:pPr>
      <w:r>
        <w:t>Visit each classroom and learning space.</w:t>
      </w:r>
    </w:p>
    <w:p>
      <w:pPr>
        <w:pStyle w:val="ListBullet"/>
      </w:pPr>
      <w:r>
        <w:t>Learn about our curriculum and daily schedule.</w:t>
      </w:r>
    </w:p>
    <w:p>
      <w:pPr>
        <w:pStyle w:val="ListBullet"/>
      </w:pPr>
      <w:r>
        <w:t>Review tuition, enrollment, and policies.</w:t>
      </w:r>
    </w:p>
    <w:p>
      <w:pPr>
        <w:pStyle w:val="ListBullet"/>
      </w:pPr>
      <w:r>
        <w:t>Ask any questions about your child's care and development.</w:t>
      </w:r>
    </w:p>
    <w:p>
      <w:pPr>
        <w:pStyle w:val="Heading2"/>
      </w:pPr>
      <w:r>
        <w:t>Notes / Questions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Thank You!</w:t>
      </w:r>
    </w:p>
    <w:p>
      <w:r>
        <w:t>Thank you for considering Daisy Daycare Center. We appreciate the opportunity to meet your family and look forward to helping your child learn, grow, and thrive in a safe, loving, and engaging environment.</w:t>
      </w:r>
    </w:p>
    <w:p/>
    <w:p>
      <w:pPr>
        <w:jc w:val="center"/>
      </w:pPr>
      <w:r>
        <w:rPr>
          <w:b/>
          <w:sz w:val="24"/>
        </w:rPr>
        <w:t>After completing this form, please email it to:</w:t>
        <w:br/>
      </w:r>
      <w:r>
        <w:rPr>
          <w:b/>
          <w:sz w:val="26"/>
        </w:rPr>
        <w:t>daisy167torres@icloud.com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